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4C86" w14:textId="44568EB2" w:rsidR="00E15BE2" w:rsidRPr="007C7D09" w:rsidRDefault="00463B53" w:rsidP="001B78B1">
      <w:pPr>
        <w:pStyle w:val="1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7C7D09">
        <w:rPr>
          <w:rFonts w:ascii="標楷體" w:eastAsia="標楷體" w:hAnsi="標楷體"/>
          <w:sz w:val="32"/>
          <w:szCs w:val="32"/>
          <w:lang w:eastAsia="zh-TW"/>
        </w:rPr>
        <w:t>論文投稿學術倫理暨授權切結書</w:t>
      </w:r>
      <w:r w:rsidR="001B78B1" w:rsidRPr="007C7D09">
        <w:rPr>
          <w:rFonts w:ascii="標楷體" w:eastAsia="標楷體" w:hAnsi="標楷體"/>
          <w:b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5C18D" wp14:editId="7D298A57">
                <wp:simplePos x="0" y="0"/>
                <wp:positionH relativeFrom="column">
                  <wp:posOffset>6057900</wp:posOffset>
                </wp:positionH>
                <wp:positionV relativeFrom="paragraph">
                  <wp:posOffset>-270510</wp:posOffset>
                </wp:positionV>
                <wp:extent cx="739777" cy="285750"/>
                <wp:effectExtent l="0" t="0" r="22223" b="19050"/>
                <wp:wrapNone/>
                <wp:docPr id="773041468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777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75A4C8" w14:textId="084A5AB9" w:rsidR="001B78B1" w:rsidRDefault="001B78B1" w:rsidP="001B78B1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t>附件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三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55C18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7pt;margin-top:-21.3pt;width:58.2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" strokeweight=".26467mm">
                <v:textbox>
                  <w:txbxContent>
                    <w:p w14:paraId="1675A4C8" w14:textId="084A5AB9" w:rsidR="001B78B1" w:rsidRDefault="001B78B1" w:rsidP="001B78B1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t>附件</w:t>
                      </w:r>
                      <w:r>
                        <w:rPr>
                          <w:rFonts w:hint="eastAsia"/>
                          <w:lang w:eastAsia="zh-TW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004D8247" w14:textId="77777777" w:rsidR="00463B53" w:rsidRPr="007C7D09" w:rsidRDefault="00463B53" w:rsidP="007C7D09">
      <w:pPr>
        <w:ind w:firstLineChars="177" w:firstLine="425"/>
        <w:rPr>
          <w:rFonts w:ascii="標楷體" w:hAnsi="標楷體"/>
          <w:b/>
          <w:bCs/>
          <w:lang w:eastAsia="zh-TW"/>
        </w:rPr>
      </w:pPr>
      <w:r w:rsidRPr="007C7D09">
        <w:rPr>
          <w:rFonts w:ascii="標楷體" w:hAnsi="標楷體"/>
          <w:lang w:eastAsia="zh-TW"/>
        </w:rPr>
        <w:t>立切結書人（以下簡稱投稿人）向2026 海峽兩岸檔案暨微縮學術交流會主辦單位投稿，茲聲明並切結遵守本次交流會徵稿規範、學術倫理及相關規定，內容如下：</w:t>
      </w:r>
    </w:p>
    <w:p w14:paraId="6E2D02BF" w14:textId="77777777" w:rsidR="00463B53" w:rsidRPr="007C7D09" w:rsidRDefault="00463B53">
      <w:pPr>
        <w:rPr>
          <w:rFonts w:ascii="標楷體" w:hAnsi="標楷體" w:cstheme="majorBidi"/>
          <w:b/>
          <w:bCs/>
          <w:color w:val="4F81BD" w:themeColor="accent1"/>
          <w:sz w:val="26"/>
          <w:szCs w:val="26"/>
          <w:lang w:eastAsia="zh-TW"/>
        </w:rPr>
      </w:pPr>
      <w:r w:rsidRPr="007C7D09">
        <w:rPr>
          <w:rFonts w:ascii="標楷體" w:hAnsi="標楷體" w:cstheme="majorBidi"/>
          <w:b/>
          <w:bCs/>
          <w:color w:val="4F81BD" w:themeColor="accent1"/>
          <w:sz w:val="26"/>
          <w:szCs w:val="26"/>
          <w:lang w:eastAsia="zh-TW"/>
        </w:rPr>
        <w:t>一、學術倫理切結</w:t>
      </w:r>
    </w:p>
    <w:p w14:paraId="4E21E590" w14:textId="12F86694" w:rsidR="00463B53" w:rsidRPr="007C7D09" w:rsidRDefault="00463B53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投稿作品為本人（及共同作者）原創著作，未曾正式出版或公開發表，亦未同時投稿至其他審查管道。</w:t>
      </w:r>
    </w:p>
    <w:p w14:paraId="50312353" w14:textId="083E5B06" w:rsidR="00463B53" w:rsidRPr="007C7D09" w:rsidRDefault="00463B53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投稿作品未涉及抄襲、偽造、變造、代寫、一稿多投或其他違反學術倫理之情事。</w:t>
      </w:r>
    </w:p>
    <w:p w14:paraId="118C6074" w14:textId="5C443771" w:rsidR="00463B53" w:rsidRPr="007C7D09" w:rsidRDefault="00463B53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投稿作品引用他人文字、圖表、圖片、數據、影音或研究成果，均已依學術規範詳實註明來源；如依法須取得授權者，均已完成合法授權。</w:t>
      </w:r>
    </w:p>
    <w:p w14:paraId="773BD513" w14:textId="39A6BECF" w:rsidR="00463B53" w:rsidRPr="007C7D09" w:rsidRDefault="00463B53" w:rsidP="00463B53">
      <w:pPr>
        <w:pStyle w:val="ae"/>
        <w:numPr>
          <w:ilvl w:val="0"/>
          <w:numId w:val="10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投稿作品未侵害任何第三人之著作權、智慧財產權、隱私權或其他合法權益。</w:t>
      </w:r>
    </w:p>
    <w:p w14:paraId="51267F90" w14:textId="1C244F80" w:rsidR="00463B53" w:rsidRPr="007C7D09" w:rsidRDefault="00463B53" w:rsidP="00463B53">
      <w:pPr>
        <w:pStyle w:val="ae"/>
        <w:numPr>
          <w:ilvl w:val="0"/>
          <w:numId w:val="10"/>
        </w:numPr>
        <w:rPr>
          <w:rFonts w:ascii="標楷體" w:hAnsi="標楷體"/>
          <w:b/>
          <w:bCs/>
          <w:lang w:eastAsia="zh-TW"/>
        </w:rPr>
      </w:pPr>
      <w:r w:rsidRPr="007C7D09">
        <w:rPr>
          <w:rFonts w:ascii="標楷體" w:hAnsi="標楷體" w:hint="eastAsia"/>
          <w:lang w:eastAsia="zh-TW"/>
        </w:rPr>
        <w:t>如投稿作品經查證有違反學術倫理、侵害他人權益或其他相關法令情事，投稿人願自行負擔一切法律責任，概與主辦單位、審查委員及相關人員無涉；主辦單位並得取消投稿、發表、錄取、獲獎或相關資格。</w:t>
      </w:r>
    </w:p>
    <w:p w14:paraId="6B4810D6" w14:textId="2384A65E" w:rsidR="00463B53" w:rsidRPr="007C7D09" w:rsidRDefault="00463B53" w:rsidP="00463B53">
      <w:pPr>
        <w:pStyle w:val="21"/>
        <w:rPr>
          <w:rFonts w:ascii="標楷體" w:eastAsia="標楷體" w:hAnsi="標楷體"/>
          <w:lang w:eastAsia="zh-TW"/>
        </w:rPr>
      </w:pPr>
      <w:r w:rsidRPr="007C7D09">
        <w:rPr>
          <w:rFonts w:ascii="標楷體" w:eastAsia="標楷體" w:hAnsi="標楷體"/>
          <w:lang w:eastAsia="zh-TW"/>
        </w:rPr>
        <w:t>二、授權同意</w:t>
      </w:r>
    </w:p>
    <w:p w14:paraId="1FEC86AE" w14:textId="77777777" w:rsidR="00463B53" w:rsidRPr="007C7D09" w:rsidRDefault="00463B53" w:rsidP="00463B53">
      <w:p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本人（及共同作者）同意：</w:t>
      </w:r>
    </w:p>
    <w:p w14:paraId="4FF777FC" w14:textId="2E9DFB4B" w:rsidR="00463B53" w:rsidRPr="007C7D09" w:rsidRDefault="00463B53" w:rsidP="00463B53">
      <w:pPr>
        <w:pStyle w:val="ae"/>
        <w:numPr>
          <w:ilvl w:val="0"/>
          <w:numId w:val="11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同意主辦單位基於本次交流會辦理、成果展示、學術推廣及活動宣傳之需要，公開論文題目、摘要、作者姓名、服務單位及發表資訊，並刊載於研討會手冊、官方網站、電子論文集及相關出版品。</w:t>
      </w:r>
    </w:p>
    <w:p w14:paraId="63C2CFEB" w14:textId="07658DBD" w:rsidR="00463B53" w:rsidRPr="007C7D09" w:rsidRDefault="00463B53" w:rsidP="00463B53">
      <w:pPr>
        <w:pStyle w:val="ae"/>
        <w:numPr>
          <w:ilvl w:val="0"/>
          <w:numId w:val="11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本人同意本論文於本次交流會進行公開口頭發表。</w:t>
      </w:r>
    </w:p>
    <w:p w14:paraId="43AF4E40" w14:textId="09088688" w:rsidR="00463B53" w:rsidRPr="007C7D09" w:rsidRDefault="00463B53" w:rsidP="00463B53">
      <w:pPr>
        <w:pStyle w:val="ae"/>
        <w:numPr>
          <w:ilvl w:val="0"/>
          <w:numId w:val="11"/>
        </w:numPr>
        <w:rPr>
          <w:rFonts w:ascii="標楷體" w:hAnsi="標楷體"/>
          <w:lang w:eastAsia="zh-TW"/>
        </w:rPr>
      </w:pPr>
      <w:r w:rsidRPr="007C7D09">
        <w:rPr>
          <w:rFonts w:ascii="標楷體" w:hAnsi="標楷體" w:hint="eastAsia"/>
          <w:lang w:eastAsia="zh-TW"/>
        </w:rPr>
        <w:t>若本論文經主辦單位推薦收錄於《檔案與微縮》期刊，本人願配合期刊之審查、修訂及出版相關規定辦理。</w:t>
      </w:r>
    </w:p>
    <w:p w14:paraId="3759CBF6" w14:textId="3B237146" w:rsidR="00463B53" w:rsidRPr="007C7D09" w:rsidRDefault="00463B53" w:rsidP="00463B53">
      <w:pPr>
        <w:pStyle w:val="ae"/>
        <w:numPr>
          <w:ilvl w:val="0"/>
          <w:numId w:val="11"/>
        </w:numPr>
        <w:rPr>
          <w:rFonts w:ascii="標楷體" w:hAnsi="標楷體"/>
          <w:b/>
          <w:bCs/>
          <w:lang w:eastAsia="zh-TW"/>
        </w:rPr>
      </w:pPr>
      <w:r w:rsidRPr="007C7D09">
        <w:rPr>
          <w:rFonts w:ascii="標楷體" w:hAnsi="標楷體" w:hint="eastAsia"/>
          <w:lang w:eastAsia="zh-TW"/>
        </w:rPr>
        <w:t>本人了解本授權僅限本次交流會及相關學術推廣使用，不影響作者依法享有之著作人格權及其他著作權。</w:t>
      </w:r>
    </w:p>
    <w:p w14:paraId="5A887864" w14:textId="2DD831A6" w:rsidR="007C7D09" w:rsidRPr="007C7D09" w:rsidRDefault="007C7D09" w:rsidP="007C7D09">
      <w:pPr>
        <w:pStyle w:val="2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三</w:t>
      </w:r>
      <w:r w:rsidRPr="007C7D09">
        <w:rPr>
          <w:rFonts w:ascii="標楷體" w:eastAsia="標楷體" w:hAnsi="標楷體"/>
          <w:lang w:eastAsia="zh-TW"/>
        </w:rPr>
        <w:t>、授權</w:t>
      </w:r>
    </w:p>
    <w:tbl>
      <w:tblPr>
        <w:tblStyle w:val="aff2"/>
        <w:tblW w:w="0" w:type="auto"/>
        <w:tblInd w:w="80" w:type="dxa"/>
        <w:tblLook w:val="04A0" w:firstRow="1" w:lastRow="0" w:firstColumn="1" w:lastColumn="0" w:noHBand="0" w:noVBand="1"/>
      </w:tblPr>
      <w:tblGrid>
        <w:gridCol w:w="3714"/>
        <w:gridCol w:w="7142"/>
      </w:tblGrid>
      <w:tr w:rsidR="007C7D09" w:rsidRPr="007C7D09" w14:paraId="6672286F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44157CE9" w14:textId="657AB1B0" w:rsidR="007C7D09" w:rsidRPr="007C7D09" w:rsidRDefault="007C7D09" w:rsidP="007C7D09">
            <w:pPr>
              <w:jc w:val="center"/>
              <w:rPr>
                <w:rFonts w:ascii="標楷體" w:hAnsi="標楷體"/>
                <w:b/>
                <w:bCs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論文題目：</w:t>
            </w:r>
          </w:p>
        </w:tc>
        <w:tc>
          <w:tcPr>
            <w:tcW w:w="7142" w:type="dxa"/>
          </w:tcPr>
          <w:p w14:paraId="0765C639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7C7D09" w14:paraId="02C22662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44861F36" w14:textId="7FD4B040" w:rsidR="007C7D09" w:rsidRPr="007C7D09" w:rsidRDefault="007C7D09" w:rsidP="007C7D09">
            <w:pPr>
              <w:jc w:val="center"/>
              <w:rPr>
                <w:rFonts w:ascii="標楷體" w:hAnsi="標楷體"/>
                <w:b/>
                <w:bCs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主要聯絡人：</w:t>
            </w:r>
          </w:p>
        </w:tc>
        <w:tc>
          <w:tcPr>
            <w:tcW w:w="7142" w:type="dxa"/>
          </w:tcPr>
          <w:p w14:paraId="6868423E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7C7D09" w14:paraId="4F3D1831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6D47399E" w14:textId="7459389E" w:rsidR="007C7D09" w:rsidRPr="007C7D09" w:rsidRDefault="007C7D09" w:rsidP="007C7D09">
            <w:pPr>
              <w:jc w:val="center"/>
              <w:rPr>
                <w:rFonts w:ascii="標楷體" w:hAnsi="標楷體"/>
                <w:b/>
                <w:bCs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服務單位／學校：</w:t>
            </w:r>
          </w:p>
        </w:tc>
        <w:tc>
          <w:tcPr>
            <w:tcW w:w="7142" w:type="dxa"/>
          </w:tcPr>
          <w:p w14:paraId="607A4F32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7C7D09" w14:paraId="68DE9F7D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4294B079" w14:textId="21740BB6" w:rsidR="007C7D09" w:rsidRPr="007C7D09" w:rsidRDefault="007C7D09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職稱：</w:t>
            </w:r>
          </w:p>
        </w:tc>
        <w:tc>
          <w:tcPr>
            <w:tcW w:w="7142" w:type="dxa"/>
          </w:tcPr>
          <w:p w14:paraId="5D42DB29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7C7D09" w14:paraId="78280391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6A44DA35" w14:textId="4BE26D51" w:rsidR="007C7D09" w:rsidRPr="007C7D09" w:rsidRDefault="007C7D09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聯絡電話：</w:t>
            </w:r>
          </w:p>
        </w:tc>
        <w:tc>
          <w:tcPr>
            <w:tcW w:w="7142" w:type="dxa"/>
          </w:tcPr>
          <w:p w14:paraId="6E742122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7C7D09" w14:paraId="498290E6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6B4A8957" w14:textId="689E9FE6" w:rsidR="007C7D09" w:rsidRPr="007C7D09" w:rsidRDefault="007C7D09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電子郵件：</w:t>
            </w:r>
          </w:p>
        </w:tc>
        <w:tc>
          <w:tcPr>
            <w:tcW w:w="7142" w:type="dxa"/>
          </w:tcPr>
          <w:p w14:paraId="2583B9FB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  <w:tr w:rsidR="007C7D09" w:rsidRPr="007C7D09" w14:paraId="11CAB996" w14:textId="77777777" w:rsidTr="007C7D09">
        <w:trPr>
          <w:trHeight w:val="397"/>
        </w:trPr>
        <w:tc>
          <w:tcPr>
            <w:tcW w:w="3714" w:type="dxa"/>
            <w:shd w:val="clear" w:color="auto" w:fill="F2F2F2" w:themeFill="background1" w:themeFillShade="F2"/>
            <w:vAlign w:val="center"/>
          </w:tcPr>
          <w:p w14:paraId="774A78CA" w14:textId="7169B3BF" w:rsidR="007C7D09" w:rsidRPr="007C7D09" w:rsidRDefault="007C7D09" w:rsidP="007C7D09">
            <w:pPr>
              <w:jc w:val="center"/>
              <w:rPr>
                <w:rFonts w:ascii="標楷體" w:hAnsi="標楷體"/>
                <w:lang w:eastAsia="zh-TW"/>
              </w:rPr>
            </w:pPr>
            <w:r w:rsidRPr="007C7D09">
              <w:rPr>
                <w:rFonts w:ascii="標楷體" w:hAnsi="標楷體"/>
                <w:lang w:eastAsia="zh-TW"/>
              </w:rPr>
              <w:t>共同作者（如有）：</w:t>
            </w:r>
          </w:p>
        </w:tc>
        <w:tc>
          <w:tcPr>
            <w:tcW w:w="7142" w:type="dxa"/>
          </w:tcPr>
          <w:p w14:paraId="7F08DB1C" w14:textId="77777777" w:rsidR="007C7D09" w:rsidRPr="007C7D09" w:rsidRDefault="007C7D09" w:rsidP="007C7D09">
            <w:pPr>
              <w:rPr>
                <w:rFonts w:ascii="標楷體" w:hAnsi="標楷體"/>
                <w:b/>
                <w:bCs/>
                <w:lang w:eastAsia="zh-TW"/>
              </w:rPr>
            </w:pPr>
          </w:p>
        </w:tc>
      </w:tr>
    </w:tbl>
    <w:p w14:paraId="283F4EA0" w14:textId="77777777" w:rsidR="007C7D09" w:rsidRPr="007C7D09" w:rsidRDefault="007C7D09" w:rsidP="007C7D09">
      <w:pPr>
        <w:rPr>
          <w:rFonts w:ascii="標楷體" w:hAnsi="標楷體"/>
          <w:lang w:eastAsia="zh-TW"/>
        </w:rPr>
      </w:pPr>
      <w:r w:rsidRPr="007C7D09">
        <w:rPr>
          <w:rFonts w:ascii="標楷體" w:hAnsi="標楷體"/>
          <w:lang w:eastAsia="zh-TW"/>
        </w:rPr>
        <w:t>本人已詳閱本切結書內容，並同意遵守上述規定。</w:t>
      </w:r>
    </w:p>
    <w:p w14:paraId="06643480" w14:textId="1519F762" w:rsidR="00E15BE2" w:rsidRPr="007C7D09" w:rsidRDefault="007C7D09" w:rsidP="007C7D09">
      <w:pPr>
        <w:rPr>
          <w:rFonts w:ascii="標楷體" w:hAnsi="標楷體"/>
          <w:lang w:eastAsia="zh-TW"/>
        </w:rPr>
      </w:pPr>
      <w:r w:rsidRPr="007C7D09">
        <w:rPr>
          <w:rFonts w:ascii="標楷體" w:hAnsi="標楷體"/>
          <w:lang w:eastAsia="zh-TW"/>
        </w:rPr>
        <w:t>投稿人（主要聯絡人）簽名：____________________日期：中華民國 ______ 年 ______ 月 ______ 日</w:t>
      </w:r>
    </w:p>
    <w:sectPr w:rsidR="00E15BE2" w:rsidRPr="007C7D09" w:rsidSect="00352DCD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2FA1" w14:textId="77777777" w:rsidR="00240A79" w:rsidRDefault="00240A79" w:rsidP="00463B53">
      <w:pPr>
        <w:spacing w:after="0" w:line="240" w:lineRule="auto"/>
      </w:pPr>
      <w:r>
        <w:separator/>
      </w:r>
    </w:p>
  </w:endnote>
  <w:endnote w:type="continuationSeparator" w:id="0">
    <w:p w14:paraId="59A6CA3E" w14:textId="77777777" w:rsidR="00240A79" w:rsidRDefault="00240A79" w:rsidP="00463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4ED8" w14:textId="77777777" w:rsidR="00240A79" w:rsidRDefault="00240A79" w:rsidP="00463B53">
      <w:pPr>
        <w:spacing w:after="0" w:line="240" w:lineRule="auto"/>
      </w:pPr>
      <w:r>
        <w:separator/>
      </w:r>
    </w:p>
  </w:footnote>
  <w:footnote w:type="continuationSeparator" w:id="0">
    <w:p w14:paraId="402D965F" w14:textId="77777777" w:rsidR="00240A79" w:rsidRDefault="00240A79" w:rsidP="00463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8490" w14:textId="77777777" w:rsidR="00C3325D" w:rsidRDefault="00C3325D" w:rsidP="00352DCD">
    <w:pPr>
      <w:spacing w:after="0" w:line="240" w:lineRule="auto"/>
      <w:rPr>
        <w:rFonts w:ascii="微軟正黑體" w:eastAsia="微軟正黑體" w:hAnsi="微軟正黑體"/>
        <w:sz w:val="20"/>
        <w:szCs w:val="20"/>
        <w:lang w:eastAsia="zh-TW"/>
      </w:rPr>
    </w:pPr>
    <w:r>
      <w:rPr>
        <w:rFonts w:ascii="微軟正黑體" w:eastAsia="微軟正黑體" w:hAnsi="微軟正黑體"/>
        <w:sz w:val="20"/>
        <w:szCs w:val="20"/>
        <w:lang w:eastAsia="zh-TW"/>
      </w:rPr>
      <w:t xml:space="preserve">2026海峽兩岸檔案暨微縮學術交流會                                                                                                                  </w:t>
    </w:r>
  </w:p>
  <w:p w14:paraId="2D9A9CA9" w14:textId="15B7AF3D" w:rsidR="00C3325D" w:rsidRPr="00C3325D" w:rsidRDefault="00C3325D" w:rsidP="00352DCD">
    <w:pPr>
      <w:spacing w:after="0" w:line="240" w:lineRule="auto"/>
      <w:rPr>
        <w:rFonts w:ascii="微軟正黑體" w:eastAsia="微軟正黑體" w:hAnsi="微軟正黑體" w:hint="eastAsia"/>
        <w:sz w:val="20"/>
        <w:szCs w:val="20"/>
        <w:lang w:eastAsia="zh-TW"/>
      </w:rPr>
    </w:pPr>
    <w:r>
      <w:rPr>
        <w:rFonts w:ascii="微軟正黑體" w:eastAsia="微軟正黑體" w:hAnsi="微軟正黑體"/>
        <w:sz w:val="20"/>
        <w:szCs w:val="20"/>
        <w:lang w:eastAsia="zh-TW"/>
      </w:rPr>
      <w:t>檔案治理新時代：數位典藏、AI應用與永續保存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DA2765"/>
    <w:multiLevelType w:val="hybridMultilevel"/>
    <w:tmpl w:val="274286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526AD7"/>
    <w:multiLevelType w:val="hybridMultilevel"/>
    <w:tmpl w:val="1264CF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66724411">
    <w:abstractNumId w:val="8"/>
  </w:num>
  <w:num w:numId="2" w16cid:durableId="832839615">
    <w:abstractNumId w:val="6"/>
  </w:num>
  <w:num w:numId="3" w16cid:durableId="223956967">
    <w:abstractNumId w:val="5"/>
  </w:num>
  <w:num w:numId="4" w16cid:durableId="803549144">
    <w:abstractNumId w:val="4"/>
  </w:num>
  <w:num w:numId="5" w16cid:durableId="1306468788">
    <w:abstractNumId w:val="7"/>
  </w:num>
  <w:num w:numId="6" w16cid:durableId="1473600146">
    <w:abstractNumId w:val="3"/>
  </w:num>
  <w:num w:numId="7" w16cid:durableId="1417436017">
    <w:abstractNumId w:val="2"/>
  </w:num>
  <w:num w:numId="8" w16cid:durableId="342711480">
    <w:abstractNumId w:val="1"/>
  </w:num>
  <w:num w:numId="9" w16cid:durableId="244532317">
    <w:abstractNumId w:val="0"/>
  </w:num>
  <w:num w:numId="10" w16cid:durableId="1401371011">
    <w:abstractNumId w:val="9"/>
  </w:num>
  <w:num w:numId="11" w16cid:durableId="1838613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8B1"/>
    <w:rsid w:val="00240A79"/>
    <w:rsid w:val="0029639D"/>
    <w:rsid w:val="00326F90"/>
    <w:rsid w:val="00352DCD"/>
    <w:rsid w:val="00463B53"/>
    <w:rsid w:val="007C7D09"/>
    <w:rsid w:val="00AA1D8D"/>
    <w:rsid w:val="00B47730"/>
    <w:rsid w:val="00BA5CB6"/>
    <w:rsid w:val="00C3325D"/>
    <w:rsid w:val="00CB0664"/>
    <w:rsid w:val="00D368E2"/>
    <w:rsid w:val="00E15BE2"/>
    <w:rsid w:val="00F840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5D2E2"/>
  <w14:defaultImageDpi w14:val="300"/>
  <w15:docId w15:val="{1045AD27-7614-4B2A-8E3A-8C2AE8F9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標楷體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290</Words>
  <Characters>465</Characters>
  <Application>Microsoft Office Word</Application>
  <DocSecurity>0</DocSecurity>
  <Lines>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sa1</cp:lastModifiedBy>
  <cp:revision>4</cp:revision>
  <dcterms:created xsi:type="dcterms:W3CDTF">2013-12-23T23:15:00Z</dcterms:created>
  <dcterms:modified xsi:type="dcterms:W3CDTF">2026-08-04T03:55:00Z</dcterms:modified>
  <cp:category/>
</cp:coreProperties>
</file>