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4C86" w14:textId="50DEEE44" w:rsidR="00E15BE2" w:rsidRPr="00575555" w:rsidRDefault="00575555" w:rsidP="001B78B1">
      <w:pPr>
        <w:pStyle w:val="1"/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575555">
        <w:rPr>
          <w:rFonts w:ascii="標楷體" w:eastAsia="標楷體" w:hAnsi="標楷體" w:hint="eastAsia"/>
          <w:sz w:val="32"/>
          <w:szCs w:val="32"/>
          <w:lang w:eastAsia="zh-CN"/>
        </w:rPr>
        <w:t>论文投稿学术伦理暨授权保证书</w:t>
      </w:r>
      <w:r w:rsidR="001B78B1" w:rsidRPr="00575555">
        <w:rPr>
          <w:rFonts w:ascii="標楷體" w:eastAsia="標楷體" w:hAnsi="標楷體"/>
          <w:b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55C18D" wp14:editId="7D298A57">
                <wp:simplePos x="0" y="0"/>
                <wp:positionH relativeFrom="column">
                  <wp:posOffset>6057900</wp:posOffset>
                </wp:positionH>
                <wp:positionV relativeFrom="paragraph">
                  <wp:posOffset>-270510</wp:posOffset>
                </wp:positionV>
                <wp:extent cx="739777" cy="285750"/>
                <wp:effectExtent l="0" t="0" r="22223" b="19050"/>
                <wp:wrapNone/>
                <wp:docPr id="773041468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777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75A4C8" w14:textId="58DD723A" w:rsidR="001B78B1" w:rsidRDefault="00575555" w:rsidP="001B78B1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 w:rsidRPr="00575555">
                              <w:rPr>
                                <w:rFonts w:eastAsia="SimSun" w:hint="eastAsia"/>
                                <w:lang w:eastAsia="zh-CN"/>
                              </w:rPr>
                              <w:t>附件三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55C18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7pt;margin-top:-21.3pt;width:58.25pt;height:2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" strokeweight=".26467mm">
                <v:textbox>
                  <w:txbxContent>
                    <w:p w14:paraId="1675A4C8" w14:textId="58DD723A" w:rsidR="001B78B1" w:rsidRDefault="00575555" w:rsidP="001B78B1">
                      <w:pPr>
                        <w:jc w:val="center"/>
                        <w:rPr>
                          <w:lang w:eastAsia="zh-TW"/>
                        </w:rPr>
                      </w:pPr>
                      <w:r w:rsidRPr="00575555">
                        <w:rPr>
                          <w:rFonts w:eastAsia="SimSun" w:hint="eastAsia"/>
                          <w:lang w:eastAsia="zh-CN"/>
                        </w:rPr>
                        <w:t>附件三</w:t>
                      </w:r>
                    </w:p>
                  </w:txbxContent>
                </v:textbox>
              </v:shape>
            </w:pict>
          </mc:Fallback>
        </mc:AlternateContent>
      </w:r>
    </w:p>
    <w:p w14:paraId="004D8247" w14:textId="156DBC39" w:rsidR="00463B53" w:rsidRPr="00575555" w:rsidRDefault="00575555" w:rsidP="007C7D09">
      <w:pPr>
        <w:ind w:firstLineChars="177" w:firstLine="425"/>
        <w:rPr>
          <w:rFonts w:ascii="標楷體" w:hAnsi="標楷體"/>
          <w:b/>
          <w:bCs/>
          <w:lang w:eastAsia="zh-TW"/>
        </w:rPr>
      </w:pPr>
      <w:r w:rsidRPr="00575555">
        <w:rPr>
          <w:rFonts w:ascii="標楷體" w:hAnsi="標楷體" w:hint="eastAsia"/>
          <w:lang w:eastAsia="zh-CN"/>
        </w:rPr>
        <w:t>立保证书人（以下简称投稿人）向</w:t>
      </w:r>
      <w:r w:rsidRPr="00575555">
        <w:rPr>
          <w:rFonts w:ascii="標楷體" w:hAnsi="標楷體"/>
          <w:lang w:eastAsia="zh-CN"/>
        </w:rPr>
        <w:t xml:space="preserve">2026 </w:t>
      </w:r>
      <w:r w:rsidRPr="00575555">
        <w:rPr>
          <w:rFonts w:ascii="標楷體" w:hAnsi="標楷體" w:hint="eastAsia"/>
          <w:lang w:eastAsia="zh-CN"/>
        </w:rPr>
        <w:t>海峡两岸档案暨微缩学术交流会主办单位投稿，兹声明并保证遵守本次交流会征稿规范、学术伦理及相关规定，内容如下：</w:t>
      </w:r>
    </w:p>
    <w:p w14:paraId="6E2D02BF" w14:textId="37F070D6" w:rsidR="00463B53" w:rsidRPr="00575555" w:rsidRDefault="00575555">
      <w:pPr>
        <w:rPr>
          <w:rFonts w:ascii="標楷體" w:hAnsi="標楷體" w:cstheme="majorBidi"/>
          <w:b/>
          <w:bCs/>
          <w:color w:val="4F81BD" w:themeColor="accent1"/>
          <w:sz w:val="26"/>
          <w:szCs w:val="26"/>
          <w:lang w:eastAsia="zh-TW"/>
        </w:rPr>
      </w:pPr>
      <w:r w:rsidRPr="00575555">
        <w:rPr>
          <w:rFonts w:ascii="標楷體" w:hAnsi="標楷體" w:cstheme="majorBidi" w:hint="eastAsia"/>
          <w:b/>
          <w:bCs/>
          <w:color w:val="4F81BD" w:themeColor="accent1"/>
          <w:sz w:val="26"/>
          <w:szCs w:val="26"/>
          <w:lang w:eastAsia="zh-CN"/>
        </w:rPr>
        <w:t>一、学术伦理保证</w:t>
      </w:r>
    </w:p>
    <w:p w14:paraId="4E21E590" w14:textId="22F6DE81" w:rsidR="00463B53" w:rsidRPr="00575555" w:rsidRDefault="00575555" w:rsidP="00463B53">
      <w:pPr>
        <w:pStyle w:val="ae"/>
        <w:numPr>
          <w:ilvl w:val="0"/>
          <w:numId w:val="10"/>
        </w:numPr>
        <w:rPr>
          <w:rFonts w:ascii="標楷體" w:hAnsi="標楷體"/>
          <w:lang w:eastAsia="zh-TW"/>
        </w:rPr>
      </w:pPr>
      <w:r w:rsidRPr="00575555">
        <w:rPr>
          <w:rFonts w:ascii="標楷體" w:hAnsi="標楷體" w:hint="eastAsia"/>
          <w:lang w:eastAsia="zh-CN"/>
        </w:rPr>
        <w:t>投稿作品为本人（及共同作者）原创著作，未曾正式出版或公开发表，亦未同时投稿至其他审查管道。</w:t>
      </w:r>
    </w:p>
    <w:p w14:paraId="50312353" w14:textId="0EE92E4E" w:rsidR="00463B53" w:rsidRPr="00575555" w:rsidRDefault="00575555" w:rsidP="00463B53">
      <w:pPr>
        <w:pStyle w:val="ae"/>
        <w:numPr>
          <w:ilvl w:val="0"/>
          <w:numId w:val="10"/>
        </w:numPr>
        <w:rPr>
          <w:rFonts w:ascii="標楷體" w:hAnsi="標楷體"/>
          <w:lang w:eastAsia="zh-TW"/>
        </w:rPr>
      </w:pPr>
      <w:r w:rsidRPr="00575555">
        <w:rPr>
          <w:rFonts w:ascii="標楷體" w:hAnsi="標楷體" w:hint="eastAsia"/>
          <w:lang w:eastAsia="zh-CN"/>
        </w:rPr>
        <w:t>投稿作品未涉及抄袭、伪造、变造、代写、一稿多投或其他违反学术伦理之情事。</w:t>
      </w:r>
    </w:p>
    <w:p w14:paraId="118C6074" w14:textId="1B3D929A" w:rsidR="00463B53" w:rsidRPr="00575555" w:rsidRDefault="00575555" w:rsidP="00463B53">
      <w:pPr>
        <w:pStyle w:val="ae"/>
        <w:numPr>
          <w:ilvl w:val="0"/>
          <w:numId w:val="10"/>
        </w:numPr>
        <w:rPr>
          <w:rFonts w:ascii="標楷體" w:hAnsi="標楷體"/>
          <w:lang w:eastAsia="zh-TW"/>
        </w:rPr>
      </w:pPr>
      <w:r w:rsidRPr="00575555">
        <w:rPr>
          <w:rFonts w:ascii="標楷體" w:hAnsi="標楷體" w:hint="eastAsia"/>
          <w:lang w:eastAsia="zh-CN"/>
        </w:rPr>
        <w:t>投稿作品引用他人文字、图表、图片、数据、影音或研究成果，均已依学术规范详实注明来源；如依法须取得授权者，均已完成合法授权。</w:t>
      </w:r>
    </w:p>
    <w:p w14:paraId="773BD513" w14:textId="0E041FAF" w:rsidR="00463B53" w:rsidRPr="00575555" w:rsidRDefault="00575555" w:rsidP="00463B53">
      <w:pPr>
        <w:pStyle w:val="ae"/>
        <w:numPr>
          <w:ilvl w:val="0"/>
          <w:numId w:val="10"/>
        </w:numPr>
        <w:rPr>
          <w:rFonts w:ascii="標楷體" w:hAnsi="標楷體"/>
          <w:lang w:eastAsia="zh-TW"/>
        </w:rPr>
      </w:pPr>
      <w:r w:rsidRPr="00575555">
        <w:rPr>
          <w:rFonts w:ascii="標楷體" w:hAnsi="標楷體" w:hint="eastAsia"/>
          <w:lang w:eastAsia="zh-CN"/>
        </w:rPr>
        <w:t>投稿作品未侵害任何第三人之著作权、知识产权、隐私权或其他合法权益。</w:t>
      </w:r>
    </w:p>
    <w:p w14:paraId="51267F90" w14:textId="60EAE5C5" w:rsidR="00463B53" w:rsidRPr="00575555" w:rsidRDefault="00575555" w:rsidP="00463B53">
      <w:pPr>
        <w:pStyle w:val="ae"/>
        <w:numPr>
          <w:ilvl w:val="0"/>
          <w:numId w:val="10"/>
        </w:numPr>
        <w:rPr>
          <w:rFonts w:ascii="標楷體" w:hAnsi="標楷體"/>
          <w:b/>
          <w:bCs/>
          <w:lang w:eastAsia="zh-TW"/>
        </w:rPr>
      </w:pPr>
      <w:r w:rsidRPr="00575555">
        <w:rPr>
          <w:rFonts w:ascii="標楷體" w:hAnsi="標楷體" w:hint="eastAsia"/>
          <w:lang w:eastAsia="zh-CN"/>
        </w:rPr>
        <w:t>如投稿作品经查证有违反学术伦理、侵害他人权益或其他相关法令情事，投稿人愿自行负担一切法律责任，概与主办单位、审查委员及相关人员无涉；主办单位并得取消投稿、发表、录取、获奖或相关资格。</w:t>
      </w:r>
    </w:p>
    <w:p w14:paraId="6B4810D6" w14:textId="26584692" w:rsidR="00463B53" w:rsidRPr="00575555" w:rsidRDefault="00575555" w:rsidP="00463B53">
      <w:pPr>
        <w:pStyle w:val="21"/>
        <w:rPr>
          <w:rFonts w:ascii="標楷體" w:eastAsia="標楷體" w:hAnsi="標楷體"/>
          <w:lang w:eastAsia="zh-TW"/>
        </w:rPr>
      </w:pPr>
      <w:r w:rsidRPr="00575555">
        <w:rPr>
          <w:rFonts w:ascii="標楷體" w:eastAsia="標楷體" w:hAnsi="標楷體" w:hint="eastAsia"/>
          <w:lang w:eastAsia="zh-CN"/>
        </w:rPr>
        <w:t>二、授权同意</w:t>
      </w:r>
    </w:p>
    <w:p w14:paraId="1FEC86AE" w14:textId="1BD8BA48" w:rsidR="00463B53" w:rsidRPr="00575555" w:rsidRDefault="00575555" w:rsidP="00463B53">
      <w:pPr>
        <w:rPr>
          <w:rFonts w:ascii="標楷體" w:hAnsi="標楷體"/>
          <w:lang w:eastAsia="zh-TW"/>
        </w:rPr>
      </w:pPr>
      <w:r w:rsidRPr="00575555">
        <w:rPr>
          <w:rFonts w:ascii="標楷體" w:hAnsi="標楷體" w:hint="eastAsia"/>
          <w:lang w:eastAsia="zh-CN"/>
        </w:rPr>
        <w:t>本人（及共同作者）同意：</w:t>
      </w:r>
    </w:p>
    <w:p w14:paraId="4FF777FC" w14:textId="1355CFEC" w:rsidR="00463B53" w:rsidRPr="00575555" w:rsidRDefault="00575555" w:rsidP="00463B53">
      <w:pPr>
        <w:pStyle w:val="ae"/>
        <w:numPr>
          <w:ilvl w:val="0"/>
          <w:numId w:val="11"/>
        </w:numPr>
        <w:rPr>
          <w:rFonts w:ascii="標楷體" w:hAnsi="標楷體"/>
          <w:lang w:eastAsia="zh-TW"/>
        </w:rPr>
      </w:pPr>
      <w:r w:rsidRPr="00575555">
        <w:rPr>
          <w:rFonts w:ascii="標楷體" w:hAnsi="標楷體" w:hint="eastAsia"/>
          <w:lang w:eastAsia="zh-CN"/>
        </w:rPr>
        <w:t>同意主办单位基于本次交流会办理、成果展示、学术推广及活动宣传之需要，公开论文题目、摘要、作者姓名、服务单位及发表信息，并刊载于研讨会手册、官方网站、电子论文集及相关出版品。</w:t>
      </w:r>
    </w:p>
    <w:p w14:paraId="63C2CFEB" w14:textId="1AF272DF" w:rsidR="00463B53" w:rsidRPr="00575555" w:rsidRDefault="00575555" w:rsidP="00463B53">
      <w:pPr>
        <w:pStyle w:val="ae"/>
        <w:numPr>
          <w:ilvl w:val="0"/>
          <w:numId w:val="11"/>
        </w:numPr>
        <w:rPr>
          <w:rFonts w:ascii="標楷體" w:hAnsi="標楷體"/>
          <w:lang w:eastAsia="zh-TW"/>
        </w:rPr>
      </w:pPr>
      <w:r w:rsidRPr="00575555">
        <w:rPr>
          <w:rFonts w:ascii="標楷體" w:hAnsi="標楷體" w:hint="eastAsia"/>
          <w:lang w:eastAsia="zh-CN"/>
        </w:rPr>
        <w:t>本人同意本论文于本次交流会进行公开口头发表。</w:t>
      </w:r>
    </w:p>
    <w:p w14:paraId="43AF4E40" w14:textId="0C2F832A" w:rsidR="00463B53" w:rsidRPr="00575555" w:rsidRDefault="00575555" w:rsidP="00463B53">
      <w:pPr>
        <w:pStyle w:val="ae"/>
        <w:numPr>
          <w:ilvl w:val="0"/>
          <w:numId w:val="11"/>
        </w:numPr>
        <w:rPr>
          <w:rFonts w:ascii="標楷體" w:hAnsi="標楷體"/>
          <w:lang w:eastAsia="zh-TW"/>
        </w:rPr>
      </w:pPr>
      <w:r w:rsidRPr="00575555">
        <w:rPr>
          <w:rFonts w:ascii="標楷體" w:hAnsi="標楷體" w:hint="eastAsia"/>
          <w:lang w:eastAsia="zh-CN"/>
        </w:rPr>
        <w:t>若本论文经主办单位推荐收录于《档案与微缩》期刊，本人愿配合期刊之审查、修订及出版相关规定办理。</w:t>
      </w:r>
    </w:p>
    <w:p w14:paraId="3759CBF6" w14:textId="27CA7C50" w:rsidR="00463B53" w:rsidRPr="00575555" w:rsidRDefault="00575555" w:rsidP="00463B53">
      <w:pPr>
        <w:pStyle w:val="ae"/>
        <w:numPr>
          <w:ilvl w:val="0"/>
          <w:numId w:val="11"/>
        </w:numPr>
        <w:rPr>
          <w:rFonts w:ascii="標楷體" w:hAnsi="標楷體"/>
          <w:b/>
          <w:bCs/>
          <w:lang w:eastAsia="zh-TW"/>
        </w:rPr>
      </w:pPr>
      <w:r w:rsidRPr="00575555">
        <w:rPr>
          <w:rFonts w:ascii="標楷體" w:hAnsi="標楷體" w:hint="eastAsia"/>
          <w:lang w:eastAsia="zh-CN"/>
        </w:rPr>
        <w:t>本人了解本授权仅限本次交流会及相关学术推广使用，不影响作者依法享有之著作人格权及其他著作权。</w:t>
      </w:r>
    </w:p>
    <w:p w14:paraId="5A887864" w14:textId="65EDAEFA" w:rsidR="007C7D09" w:rsidRPr="00575555" w:rsidRDefault="00575555" w:rsidP="007C7D09">
      <w:pPr>
        <w:pStyle w:val="21"/>
        <w:rPr>
          <w:rFonts w:ascii="標楷體" w:eastAsia="標楷體" w:hAnsi="標楷體"/>
          <w:lang w:eastAsia="zh-TW"/>
        </w:rPr>
      </w:pPr>
      <w:r w:rsidRPr="00575555">
        <w:rPr>
          <w:rFonts w:ascii="標楷體" w:eastAsia="標楷體" w:hAnsi="標楷體" w:hint="eastAsia"/>
          <w:lang w:eastAsia="zh-CN"/>
        </w:rPr>
        <w:t>三、授权</w:t>
      </w:r>
    </w:p>
    <w:tbl>
      <w:tblPr>
        <w:tblStyle w:val="aff2"/>
        <w:tblW w:w="0" w:type="auto"/>
        <w:tblInd w:w="80" w:type="dxa"/>
        <w:tblLook w:val="04A0" w:firstRow="1" w:lastRow="0" w:firstColumn="1" w:lastColumn="0" w:noHBand="0" w:noVBand="1"/>
      </w:tblPr>
      <w:tblGrid>
        <w:gridCol w:w="3714"/>
        <w:gridCol w:w="7142"/>
      </w:tblGrid>
      <w:tr w:rsidR="007C7D09" w:rsidRPr="00575555" w14:paraId="6672286F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44157CE9" w14:textId="48ED8138" w:rsidR="007C7D09" w:rsidRPr="00575555" w:rsidRDefault="00575555" w:rsidP="007C7D09">
            <w:pPr>
              <w:jc w:val="center"/>
              <w:rPr>
                <w:rFonts w:ascii="標楷體" w:hAnsi="標楷體"/>
                <w:b/>
                <w:bCs/>
                <w:lang w:eastAsia="zh-TW"/>
              </w:rPr>
            </w:pPr>
            <w:r w:rsidRPr="00575555">
              <w:rPr>
                <w:rFonts w:ascii="標楷體" w:hAnsi="標楷體" w:hint="eastAsia"/>
                <w:lang w:eastAsia="zh-CN"/>
              </w:rPr>
              <w:t>论文题目：</w:t>
            </w:r>
          </w:p>
        </w:tc>
        <w:tc>
          <w:tcPr>
            <w:tcW w:w="7142" w:type="dxa"/>
          </w:tcPr>
          <w:p w14:paraId="0765C639" w14:textId="77777777" w:rsidR="007C7D09" w:rsidRPr="00575555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575555" w14:paraId="02C22662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44861F36" w14:textId="73A820E1" w:rsidR="007C7D09" w:rsidRPr="00575555" w:rsidRDefault="00575555" w:rsidP="007C7D09">
            <w:pPr>
              <w:jc w:val="center"/>
              <w:rPr>
                <w:rFonts w:ascii="標楷體" w:hAnsi="標楷體"/>
                <w:b/>
                <w:bCs/>
                <w:lang w:eastAsia="zh-TW"/>
              </w:rPr>
            </w:pPr>
            <w:r w:rsidRPr="00575555">
              <w:rPr>
                <w:rFonts w:ascii="標楷體" w:hAnsi="標楷體" w:hint="eastAsia"/>
                <w:lang w:eastAsia="zh-CN"/>
              </w:rPr>
              <w:t>主要联络人：</w:t>
            </w:r>
          </w:p>
        </w:tc>
        <w:tc>
          <w:tcPr>
            <w:tcW w:w="7142" w:type="dxa"/>
          </w:tcPr>
          <w:p w14:paraId="6868423E" w14:textId="77777777" w:rsidR="007C7D09" w:rsidRPr="00575555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575555" w14:paraId="4F3D1831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6D47399E" w14:textId="38C0CCA0" w:rsidR="007C7D09" w:rsidRPr="00575555" w:rsidRDefault="00575555" w:rsidP="007C7D09">
            <w:pPr>
              <w:jc w:val="center"/>
              <w:rPr>
                <w:rFonts w:ascii="標楷體" w:hAnsi="標楷體"/>
                <w:b/>
                <w:bCs/>
                <w:lang w:eastAsia="zh-TW"/>
              </w:rPr>
            </w:pPr>
            <w:r w:rsidRPr="00575555">
              <w:rPr>
                <w:rFonts w:ascii="標楷體" w:hAnsi="標楷體" w:hint="eastAsia"/>
                <w:lang w:eastAsia="zh-CN"/>
              </w:rPr>
              <w:t>服务单位／学校：</w:t>
            </w:r>
          </w:p>
        </w:tc>
        <w:tc>
          <w:tcPr>
            <w:tcW w:w="7142" w:type="dxa"/>
          </w:tcPr>
          <w:p w14:paraId="607A4F32" w14:textId="77777777" w:rsidR="007C7D09" w:rsidRPr="00575555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575555" w14:paraId="68DE9F7D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4294B079" w14:textId="0979018D" w:rsidR="007C7D09" w:rsidRPr="00575555" w:rsidRDefault="00575555" w:rsidP="007C7D09">
            <w:pPr>
              <w:jc w:val="center"/>
              <w:rPr>
                <w:rFonts w:ascii="標楷體" w:hAnsi="標楷體"/>
                <w:lang w:eastAsia="zh-TW"/>
              </w:rPr>
            </w:pPr>
            <w:r w:rsidRPr="00575555">
              <w:rPr>
                <w:rFonts w:ascii="標楷體" w:hAnsi="標楷體" w:hint="eastAsia"/>
                <w:lang w:eastAsia="zh-CN"/>
              </w:rPr>
              <w:t>职称：</w:t>
            </w:r>
          </w:p>
        </w:tc>
        <w:tc>
          <w:tcPr>
            <w:tcW w:w="7142" w:type="dxa"/>
          </w:tcPr>
          <w:p w14:paraId="5D42DB29" w14:textId="77777777" w:rsidR="007C7D09" w:rsidRPr="00575555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575555" w14:paraId="78280391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6A44DA35" w14:textId="025A7E2D" w:rsidR="007C7D09" w:rsidRPr="00575555" w:rsidRDefault="00575555" w:rsidP="007C7D09">
            <w:pPr>
              <w:jc w:val="center"/>
              <w:rPr>
                <w:rFonts w:ascii="標楷體" w:hAnsi="標楷體"/>
                <w:lang w:eastAsia="zh-TW"/>
              </w:rPr>
            </w:pPr>
            <w:r w:rsidRPr="00575555">
              <w:rPr>
                <w:rFonts w:ascii="標楷體" w:hAnsi="標楷體" w:hint="eastAsia"/>
                <w:lang w:eastAsia="zh-CN"/>
              </w:rPr>
              <w:t>联络电话：</w:t>
            </w:r>
          </w:p>
        </w:tc>
        <w:tc>
          <w:tcPr>
            <w:tcW w:w="7142" w:type="dxa"/>
          </w:tcPr>
          <w:p w14:paraId="6E742122" w14:textId="77777777" w:rsidR="007C7D09" w:rsidRPr="00575555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575555" w14:paraId="498290E6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6B4A8957" w14:textId="7CBF71B5" w:rsidR="007C7D09" w:rsidRPr="00575555" w:rsidRDefault="00575555" w:rsidP="007C7D09">
            <w:pPr>
              <w:jc w:val="center"/>
              <w:rPr>
                <w:rFonts w:ascii="標楷體" w:hAnsi="標楷體"/>
                <w:lang w:eastAsia="zh-TW"/>
              </w:rPr>
            </w:pPr>
            <w:r w:rsidRPr="00575555">
              <w:rPr>
                <w:rFonts w:ascii="標楷體" w:hAnsi="標楷體" w:hint="eastAsia"/>
                <w:lang w:eastAsia="zh-CN"/>
              </w:rPr>
              <w:t>电子邮件：</w:t>
            </w:r>
          </w:p>
        </w:tc>
        <w:tc>
          <w:tcPr>
            <w:tcW w:w="7142" w:type="dxa"/>
          </w:tcPr>
          <w:p w14:paraId="2583B9FB" w14:textId="77777777" w:rsidR="007C7D09" w:rsidRPr="00575555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575555" w14:paraId="11CAB996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774A78CA" w14:textId="0709EE83" w:rsidR="007C7D09" w:rsidRPr="00575555" w:rsidRDefault="00575555" w:rsidP="007C7D09">
            <w:pPr>
              <w:jc w:val="center"/>
              <w:rPr>
                <w:rFonts w:ascii="標楷體" w:hAnsi="標楷體"/>
                <w:lang w:eastAsia="zh-TW"/>
              </w:rPr>
            </w:pPr>
            <w:r w:rsidRPr="00575555">
              <w:rPr>
                <w:rFonts w:ascii="標楷體" w:hAnsi="標楷體" w:hint="eastAsia"/>
                <w:lang w:eastAsia="zh-CN"/>
              </w:rPr>
              <w:t>共同作者（如有）：</w:t>
            </w:r>
          </w:p>
        </w:tc>
        <w:tc>
          <w:tcPr>
            <w:tcW w:w="7142" w:type="dxa"/>
          </w:tcPr>
          <w:p w14:paraId="7F08DB1C" w14:textId="77777777" w:rsidR="007C7D09" w:rsidRPr="00575555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</w:tbl>
    <w:p w14:paraId="283F4EA0" w14:textId="2E2AD127" w:rsidR="007C7D09" w:rsidRPr="00575555" w:rsidRDefault="00575555" w:rsidP="007C7D09">
      <w:pPr>
        <w:rPr>
          <w:rFonts w:ascii="標楷體" w:hAnsi="標楷體"/>
          <w:lang w:eastAsia="zh-TW"/>
        </w:rPr>
      </w:pPr>
      <w:r w:rsidRPr="00575555">
        <w:rPr>
          <w:rFonts w:ascii="標楷體" w:hAnsi="標楷體" w:hint="eastAsia"/>
          <w:lang w:eastAsia="zh-CN"/>
        </w:rPr>
        <w:t>本人已详阅本保证书内容，并同意遵守上述规定。</w:t>
      </w:r>
    </w:p>
    <w:p w14:paraId="06643480" w14:textId="6F2194C1" w:rsidR="00E15BE2" w:rsidRPr="00575555" w:rsidRDefault="00575555" w:rsidP="007C7D09">
      <w:pPr>
        <w:rPr>
          <w:rFonts w:ascii="標楷體" w:hAnsi="標楷體"/>
          <w:lang w:eastAsia="zh-TW"/>
        </w:rPr>
      </w:pPr>
      <w:r w:rsidRPr="00575555">
        <w:rPr>
          <w:rFonts w:ascii="標楷體" w:hAnsi="標楷體" w:hint="eastAsia"/>
          <w:lang w:eastAsia="zh-CN"/>
        </w:rPr>
        <w:t>投稿人（主要联络人）签名：</w:t>
      </w:r>
      <w:r w:rsidRPr="00575555">
        <w:rPr>
          <w:rFonts w:ascii="標楷體" w:hAnsi="標楷體"/>
          <w:lang w:eastAsia="zh-CN"/>
        </w:rPr>
        <w:t>____________________</w:t>
      </w:r>
      <w:r w:rsidRPr="00575555">
        <w:rPr>
          <w:rFonts w:ascii="標楷體" w:hAnsi="標楷體" w:hint="eastAsia"/>
          <w:lang w:eastAsia="zh-CN"/>
        </w:rPr>
        <w:t>日期：中华民国</w:t>
      </w:r>
      <w:r w:rsidRPr="00575555">
        <w:rPr>
          <w:rFonts w:ascii="標楷體" w:hAnsi="標楷體"/>
          <w:lang w:eastAsia="zh-CN"/>
        </w:rPr>
        <w:t xml:space="preserve"> ______ </w:t>
      </w:r>
      <w:r w:rsidRPr="00575555">
        <w:rPr>
          <w:rFonts w:ascii="標楷體" w:hAnsi="標楷體" w:hint="eastAsia"/>
          <w:lang w:eastAsia="zh-CN"/>
        </w:rPr>
        <w:t>年</w:t>
      </w:r>
      <w:r w:rsidRPr="00575555">
        <w:rPr>
          <w:rFonts w:ascii="標楷體" w:hAnsi="標楷體"/>
          <w:lang w:eastAsia="zh-CN"/>
        </w:rPr>
        <w:t xml:space="preserve"> ______ </w:t>
      </w:r>
      <w:r w:rsidRPr="00575555">
        <w:rPr>
          <w:rFonts w:ascii="標楷體" w:hAnsi="標楷體" w:hint="eastAsia"/>
          <w:lang w:eastAsia="zh-CN"/>
        </w:rPr>
        <w:t>月</w:t>
      </w:r>
      <w:r w:rsidRPr="00575555">
        <w:rPr>
          <w:rFonts w:ascii="標楷體" w:hAnsi="標楷體"/>
          <w:lang w:eastAsia="zh-CN"/>
        </w:rPr>
        <w:t xml:space="preserve"> ______ </w:t>
      </w:r>
      <w:r w:rsidRPr="00575555">
        <w:rPr>
          <w:rFonts w:ascii="標楷體" w:hAnsi="標楷體" w:hint="eastAsia"/>
          <w:lang w:eastAsia="zh-CN"/>
        </w:rPr>
        <w:t>日</w:t>
      </w:r>
    </w:p>
    <w:sectPr w:rsidR="00E15BE2" w:rsidRPr="00575555" w:rsidSect="00352DCD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D64E7" w14:textId="77777777" w:rsidR="002F6D40" w:rsidRDefault="002F6D40" w:rsidP="00463B53">
      <w:pPr>
        <w:spacing w:after="0" w:line="240" w:lineRule="auto"/>
      </w:pPr>
      <w:r>
        <w:separator/>
      </w:r>
    </w:p>
  </w:endnote>
  <w:endnote w:type="continuationSeparator" w:id="0">
    <w:p w14:paraId="721AD1D1" w14:textId="77777777" w:rsidR="002F6D40" w:rsidRDefault="002F6D40" w:rsidP="00463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A2A1E" w14:textId="77777777" w:rsidR="002F6D40" w:rsidRDefault="002F6D40" w:rsidP="00463B53">
      <w:pPr>
        <w:spacing w:after="0" w:line="240" w:lineRule="auto"/>
      </w:pPr>
      <w:r>
        <w:separator/>
      </w:r>
    </w:p>
  </w:footnote>
  <w:footnote w:type="continuationSeparator" w:id="0">
    <w:p w14:paraId="5F4D41C9" w14:textId="77777777" w:rsidR="002F6D40" w:rsidRDefault="002F6D40" w:rsidP="00463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8490" w14:textId="6EF5577E" w:rsidR="00C3325D" w:rsidRDefault="00575555" w:rsidP="00352DCD">
    <w:pPr>
      <w:spacing w:after="0" w:line="240" w:lineRule="auto"/>
      <w:rPr>
        <w:rFonts w:ascii="微軟正黑體" w:eastAsia="微軟正黑體" w:hAnsi="微軟正黑體"/>
        <w:sz w:val="20"/>
        <w:szCs w:val="20"/>
        <w:lang w:eastAsia="zh-CN"/>
      </w:rPr>
    </w:pPr>
    <w:r w:rsidRPr="00575555">
      <w:rPr>
        <w:rFonts w:ascii="微軟正黑體" w:eastAsia="SimSun" w:hAnsi="微軟正黑體"/>
        <w:sz w:val="20"/>
        <w:szCs w:val="20"/>
        <w:lang w:eastAsia="zh-CN"/>
      </w:rPr>
      <w:t>2026</w:t>
    </w:r>
    <w:r w:rsidRPr="00575555">
      <w:rPr>
        <w:rFonts w:ascii="微軟正黑體" w:eastAsia="SimSun" w:hAnsi="微軟正黑體" w:hint="eastAsia"/>
        <w:sz w:val="20"/>
        <w:szCs w:val="20"/>
        <w:lang w:eastAsia="zh-CN"/>
      </w:rPr>
      <w:t>海峡两岸档案暨微缩学术交流会</w:t>
    </w:r>
    <w:r w:rsidR="00C3325D">
      <w:rPr>
        <w:rFonts w:ascii="微軟正黑體" w:eastAsia="微軟正黑體" w:hAnsi="微軟正黑體"/>
        <w:sz w:val="20"/>
        <w:szCs w:val="20"/>
        <w:lang w:eastAsia="zh-CN"/>
      </w:rPr>
      <w:t xml:space="preserve">                                                                                                                  </w:t>
    </w:r>
  </w:p>
  <w:p w14:paraId="2D9A9CA9" w14:textId="256C6704" w:rsidR="00C3325D" w:rsidRPr="00C3325D" w:rsidRDefault="00575555" w:rsidP="00352DCD">
    <w:pPr>
      <w:spacing w:after="0" w:line="240" w:lineRule="auto"/>
      <w:rPr>
        <w:rFonts w:ascii="微軟正黑體" w:eastAsia="微軟正黑體" w:hAnsi="微軟正黑體"/>
        <w:sz w:val="20"/>
        <w:szCs w:val="20"/>
        <w:lang w:eastAsia="zh-TW"/>
      </w:rPr>
    </w:pPr>
    <w:r w:rsidRPr="00575555">
      <w:rPr>
        <w:rFonts w:ascii="微軟正黑體" w:eastAsia="SimSun" w:hAnsi="微軟正黑體" w:hint="eastAsia"/>
        <w:sz w:val="20"/>
        <w:szCs w:val="20"/>
        <w:lang w:eastAsia="zh-CN"/>
      </w:rPr>
      <w:t>档案治理新时代：数字典藏、</w:t>
    </w:r>
    <w:r w:rsidRPr="00575555">
      <w:rPr>
        <w:rFonts w:ascii="微軟正黑體" w:eastAsia="SimSun" w:hAnsi="微軟正黑體"/>
        <w:sz w:val="20"/>
        <w:szCs w:val="20"/>
        <w:lang w:eastAsia="zh-CN"/>
      </w:rPr>
      <w:t>AI</w:t>
    </w:r>
    <w:r w:rsidRPr="00575555">
      <w:rPr>
        <w:rFonts w:ascii="微軟正黑體" w:eastAsia="SimSun" w:hAnsi="微軟正黑體" w:hint="eastAsia"/>
        <w:sz w:val="20"/>
        <w:szCs w:val="20"/>
        <w:lang w:eastAsia="zh-CN"/>
      </w:rPr>
      <w:t>应用与永续保存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DA2765"/>
    <w:multiLevelType w:val="hybridMultilevel"/>
    <w:tmpl w:val="274286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D526AD7"/>
    <w:multiLevelType w:val="hybridMultilevel"/>
    <w:tmpl w:val="1264CF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66724411">
    <w:abstractNumId w:val="8"/>
  </w:num>
  <w:num w:numId="2" w16cid:durableId="832839615">
    <w:abstractNumId w:val="6"/>
  </w:num>
  <w:num w:numId="3" w16cid:durableId="223956967">
    <w:abstractNumId w:val="5"/>
  </w:num>
  <w:num w:numId="4" w16cid:durableId="803549144">
    <w:abstractNumId w:val="4"/>
  </w:num>
  <w:num w:numId="5" w16cid:durableId="1306468788">
    <w:abstractNumId w:val="7"/>
  </w:num>
  <w:num w:numId="6" w16cid:durableId="1473600146">
    <w:abstractNumId w:val="3"/>
  </w:num>
  <w:num w:numId="7" w16cid:durableId="1417436017">
    <w:abstractNumId w:val="2"/>
  </w:num>
  <w:num w:numId="8" w16cid:durableId="342711480">
    <w:abstractNumId w:val="1"/>
  </w:num>
  <w:num w:numId="9" w16cid:durableId="244532317">
    <w:abstractNumId w:val="0"/>
  </w:num>
  <w:num w:numId="10" w16cid:durableId="1401371011">
    <w:abstractNumId w:val="9"/>
  </w:num>
  <w:num w:numId="11" w16cid:durableId="1838613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8B1"/>
    <w:rsid w:val="00240A79"/>
    <w:rsid w:val="0029639D"/>
    <w:rsid w:val="002F6D40"/>
    <w:rsid w:val="00326F90"/>
    <w:rsid w:val="00352DCD"/>
    <w:rsid w:val="00463B53"/>
    <w:rsid w:val="00575555"/>
    <w:rsid w:val="007C7D09"/>
    <w:rsid w:val="008A5DE2"/>
    <w:rsid w:val="00AA1D8D"/>
    <w:rsid w:val="00B47730"/>
    <w:rsid w:val="00BA5CB6"/>
    <w:rsid w:val="00C3325D"/>
    <w:rsid w:val="00CB0664"/>
    <w:rsid w:val="00D368E2"/>
    <w:rsid w:val="00E15BE2"/>
    <w:rsid w:val="00F840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95D2E2"/>
  <w14:defaultImageDpi w14:val="300"/>
  <w15:docId w15:val="{1045AD27-7614-4B2A-8E3A-8C2AE8F9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標楷體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sa1</cp:lastModifiedBy>
  <cp:revision>2</cp:revision>
  <dcterms:created xsi:type="dcterms:W3CDTF">2026-08-19T05:55:00Z</dcterms:created>
  <dcterms:modified xsi:type="dcterms:W3CDTF">2026-08-19T05:55:00Z</dcterms:modified>
  <cp:category/>
</cp:coreProperties>
</file>